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331AE" w14:textId="5ACCB7DF" w:rsidR="0089524E" w:rsidRPr="00ED06F6" w:rsidRDefault="005025BF">
      <w:pPr>
        <w:jc w:val="center"/>
      </w:pPr>
      <w:r w:rsidRPr="00ED06F6">
        <w:rPr>
          <w:b/>
          <w:sz w:val="40"/>
        </w:rPr>
        <w:t>🐌</w:t>
      </w:r>
      <w:r>
        <w:rPr>
          <w:b/>
          <w:sz w:val="40"/>
        </w:rPr>
        <w:t xml:space="preserve"> </w:t>
      </w:r>
      <w:r w:rsidR="004A7F12" w:rsidRPr="005025BF">
        <w:rPr>
          <w:b/>
          <w:color w:val="00B050"/>
          <w:sz w:val="40"/>
          <w:u w:val="single"/>
        </w:rPr>
        <w:drawing>
          <wp:anchor distT="0" distB="0" distL="114300" distR="114300" simplePos="0" relativeHeight="251658752" behindDoc="0" locked="0" layoutInCell="1" allowOverlap="1" wp14:anchorId="4BF0ACC5" wp14:editId="4513D7F6">
            <wp:simplePos x="0" y="0"/>
            <wp:positionH relativeFrom="column">
              <wp:posOffset>-1270</wp:posOffset>
            </wp:positionH>
            <wp:positionV relativeFrom="paragraph">
              <wp:posOffset>-1270</wp:posOffset>
            </wp:positionV>
            <wp:extent cx="2514600" cy="2514600"/>
            <wp:effectExtent l="0" t="0" r="0" b="0"/>
            <wp:wrapSquare wrapText="bothSides"/>
            <wp:docPr id="105258321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83216" name="Image 105258321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25BF">
        <w:rPr>
          <w:b/>
          <w:color w:val="00B050"/>
          <w:sz w:val="40"/>
          <w:u w:val="single"/>
        </w:rPr>
        <w:t>L’ESCARGOTIÈRE DU CHOQUEL</w:t>
      </w:r>
      <w:r w:rsidRPr="005025BF">
        <w:rPr>
          <w:b/>
          <w:color w:val="00B050"/>
          <w:sz w:val="40"/>
        </w:rPr>
        <w:t xml:space="preserve"> </w:t>
      </w:r>
      <w:r w:rsidRPr="00ED06F6">
        <w:rPr>
          <w:b/>
          <w:sz w:val="40"/>
        </w:rPr>
        <w:t>🐌</w:t>
      </w:r>
    </w:p>
    <w:p w14:paraId="7A35C297" w14:textId="28D90AF7" w:rsidR="0089524E" w:rsidRPr="00ED06F6" w:rsidRDefault="00000000">
      <w:pPr>
        <w:jc w:val="center"/>
      </w:pPr>
      <w:r w:rsidRPr="00ED06F6">
        <w:rPr>
          <w:b/>
          <w:sz w:val="30"/>
        </w:rPr>
        <w:t>BON DE COMMANDE –</w:t>
      </w:r>
      <w:r w:rsidR="005025BF">
        <w:rPr>
          <w:b/>
          <w:sz w:val="30"/>
        </w:rPr>
        <w:drawing>
          <wp:inline distT="0" distB="0" distL="0" distR="0" wp14:anchorId="4F2634A9" wp14:editId="5A1A7E09">
            <wp:extent cx="434340" cy="434340"/>
            <wp:effectExtent l="0" t="0" r="0" b="3810"/>
            <wp:docPr id="513474307" name="Graphique 5" descr="Stockag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474307" name="Graphique 513474307" descr="Stockage contour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06F6">
        <w:rPr>
          <w:b/>
          <w:sz w:val="30"/>
        </w:rPr>
        <w:t>FÊTES DE FIN D’ANNÉE</w:t>
      </w:r>
      <w:r w:rsidR="005025BF">
        <w:rPr>
          <w:b/>
          <w:sz w:val="30"/>
        </w:rPr>
        <w:drawing>
          <wp:inline distT="0" distB="0" distL="0" distR="0" wp14:anchorId="29866053" wp14:editId="232A2BA4">
            <wp:extent cx="434340" cy="434340"/>
            <wp:effectExtent l="0" t="0" r="0" b="3810"/>
            <wp:docPr id="403843842" name="Graphique 5" descr="Stockage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474307" name="Graphique 513474307" descr="Stockage contour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707B9" w14:textId="77777777" w:rsidR="0089524E" w:rsidRPr="00ED06F6" w:rsidRDefault="00000000">
      <w:pPr>
        <w:jc w:val="center"/>
      </w:pPr>
      <w:r w:rsidRPr="005025BF">
        <w:rPr>
          <w:b/>
          <w:color w:val="EE0000"/>
          <w:sz w:val="24"/>
        </w:rPr>
        <w:t xml:space="preserve">OFFRE PERSONNEL DE L’HÔPITAL </w:t>
      </w:r>
      <w:r w:rsidRPr="00ED06F6">
        <w:rPr>
          <w:b/>
          <w:sz w:val="24"/>
        </w:rPr>
        <w:t xml:space="preserve">: </w:t>
      </w:r>
      <w:r w:rsidRPr="005025BF">
        <w:rPr>
          <w:b/>
          <w:color w:val="EE0000"/>
          <w:sz w:val="24"/>
        </w:rPr>
        <w:t>–10 %</w:t>
      </w:r>
    </w:p>
    <w:p w14:paraId="1A4FCC84" w14:textId="77777777" w:rsidR="00405A37" w:rsidRDefault="00000000" w:rsidP="00405A37">
      <w:pPr>
        <w:jc w:val="center"/>
      </w:pPr>
      <w:r w:rsidRPr="005025BF">
        <w:rPr>
          <w:b/>
          <w:bCs/>
          <w:u w:val="single"/>
        </w:rPr>
        <w:t>Adhérent à l’Amicale ou non</w:t>
      </w:r>
      <w:r w:rsidRPr="00ED06F6">
        <w:t xml:space="preserve"> : l’offre est ouverte à l’ensemble du personnel.</w:t>
      </w:r>
      <w:r w:rsidRPr="00ED06F6">
        <w:br/>
        <w:t>La remise de 10 % est déjà calculée dans la colonne « Prix remisé ».</w:t>
      </w:r>
    </w:p>
    <w:p w14:paraId="217FEF16" w14:textId="0265B508" w:rsidR="00730BAC" w:rsidRDefault="00730BAC" w:rsidP="00405A37">
      <w:pPr>
        <w:jc w:val="center"/>
      </w:pPr>
      <w:r>
        <w:t>Commande et paiement possible en ligne sur le site</w:t>
      </w:r>
      <w:r w:rsidR="008D27E1">
        <w:t> :</w:t>
      </w:r>
    </w:p>
    <w:p w14:paraId="74ACE261" w14:textId="4E36148D" w:rsidR="005F06E5" w:rsidRDefault="00D369EF" w:rsidP="005F06E5">
      <w:pPr>
        <w:jc w:val="center"/>
        <w:rPr>
          <w:b/>
          <w:bCs/>
          <w:i/>
          <w:iCs/>
          <w:color w:val="1F497D" w:themeColor="text2"/>
        </w:rPr>
      </w:pPr>
      <w:r w:rsidRPr="00D369EF">
        <w:rPr>
          <w:color w:val="F79646" w:themeColor="accent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1043E8D" wp14:editId="16BDC051">
                <wp:simplePos x="0" y="0"/>
                <wp:positionH relativeFrom="column">
                  <wp:posOffset>2832100</wp:posOffset>
                </wp:positionH>
                <wp:positionV relativeFrom="paragraph">
                  <wp:posOffset>379095</wp:posOffset>
                </wp:positionV>
                <wp:extent cx="561221" cy="318674"/>
                <wp:effectExtent l="57150" t="38100" r="29845" b="100965"/>
                <wp:wrapNone/>
                <wp:docPr id="1818609628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221" cy="318674"/>
                        </a:xfrm>
                        <a:prstGeom prst="rightArrow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CA049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223pt;margin-top:29.85pt;width:44.2pt;height:25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" adj="15468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730BAC" w:rsidRPr="00D369EF">
        <w:rPr>
          <w:b/>
          <w:bCs/>
          <w:i/>
          <w:iCs/>
          <w:color w:val="F79646" w:themeColor="accent6"/>
        </w:rPr>
        <w:t>lescargotiere.e-monsite.com</w:t>
      </w:r>
      <w:r w:rsidR="005F06E5" w:rsidRPr="00D369EF">
        <w:rPr>
          <w:b/>
          <w:bCs/>
          <w:i/>
          <w:iCs/>
          <w:color w:val="F79646" w:themeColor="accent6"/>
        </w:rPr>
        <w:t xml:space="preserve"> </w:t>
      </w:r>
      <w:r w:rsidR="005F06E5">
        <w:t>avec le code</w:t>
      </w:r>
      <w:r w:rsidR="005F06E5" w:rsidRPr="00405A37">
        <w:rPr>
          <w:color w:val="00B0F0"/>
        </w:rPr>
        <w:t xml:space="preserve"> </w:t>
      </w:r>
      <w:r w:rsidR="005F06E5" w:rsidRPr="00405A37">
        <w:rPr>
          <w:color w:val="00B0F0"/>
          <w:sz w:val="36"/>
          <w:szCs w:val="36"/>
          <w:bdr w:val="single" w:sz="4" w:space="0" w:color="auto"/>
        </w:rPr>
        <w:t xml:space="preserve"> </w:t>
      </w:r>
      <w:r w:rsidR="005F06E5" w:rsidRPr="00405A37">
        <w:rPr>
          <w:b/>
          <w:bCs/>
          <w:color w:val="00B0F0"/>
          <w:sz w:val="36"/>
          <w:szCs w:val="36"/>
          <w:bdr w:val="single" w:sz="4" w:space="0" w:color="auto"/>
        </w:rPr>
        <w:t>CSE2026</w:t>
      </w:r>
      <w:r w:rsidR="005F06E5" w:rsidRPr="00405A37">
        <w:rPr>
          <w:b/>
          <w:bCs/>
          <w:color w:val="00B0F0"/>
          <w:bdr w:val="single" w:sz="4" w:space="0" w:color="auto"/>
        </w:rPr>
        <w:t xml:space="preserve"> </w:t>
      </w:r>
      <w:r w:rsidR="005F06E5" w:rsidRPr="00405A37">
        <w:rPr>
          <w:color w:val="00B0F0"/>
        </w:rPr>
        <w:t xml:space="preserve">  </w:t>
      </w:r>
    </w:p>
    <w:p w14:paraId="5716522C" w14:textId="77777777" w:rsidR="00405A37" w:rsidRDefault="00730BAC" w:rsidP="00405A37">
      <w:pPr>
        <w:jc w:val="center"/>
        <w:rPr>
          <w:b/>
          <w:bCs/>
          <w:color w:val="1F497D" w:themeColor="text2"/>
        </w:rPr>
      </w:pPr>
      <w:r>
        <w:t xml:space="preserve">                                 </w:t>
      </w:r>
      <w:r w:rsidR="00D369EF" w:rsidRPr="00D369EF">
        <w:rPr>
          <w:b/>
          <w:bCs/>
          <w:color w:val="1F497D" w:themeColor="text2"/>
        </w:rPr>
        <w:t>LIVRAISON SEMAIN</w:t>
      </w:r>
      <w:r w:rsidR="00007FEE">
        <w:rPr>
          <w:b/>
          <w:bCs/>
          <w:color w:val="1F497D" w:themeColor="text2"/>
        </w:rPr>
        <w:t>E 51</w:t>
      </w:r>
    </w:p>
    <w:p w14:paraId="62E5FBB5" w14:textId="0887A6CA" w:rsidR="00730BAC" w:rsidRPr="00405A37" w:rsidRDefault="00730BAC" w:rsidP="00405A37">
      <w:pPr>
        <w:jc w:val="center"/>
        <w:rPr>
          <w:b/>
          <w:bCs/>
          <w:color w:val="1F497D" w:themeColor="text2"/>
        </w:rPr>
      </w:pPr>
      <w:r w:rsidRPr="00ED06F6">
        <w:br/>
      </w:r>
      <w:r w:rsidR="005F06E5" w:rsidRPr="005F06E5">
        <w:t xml:space="preserve">                               </w:t>
      </w:r>
      <w:r w:rsidR="00B02226" w:rsidRPr="005F06E5">
        <w:t xml:space="preserve"> </w:t>
      </w:r>
      <w:r w:rsidRPr="00B02226">
        <w:rPr>
          <w:u w:val="single"/>
        </w:rPr>
        <w:t>Commandes à passer avant le 11 décembre</w:t>
      </w:r>
      <w:r w:rsidRPr="00ED06F6">
        <w:t>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60"/>
        <w:gridCol w:w="5312"/>
      </w:tblGrid>
      <w:tr w:rsidR="0089524E" w:rsidRPr="00ED06F6" w14:paraId="6D4E1BD6" w14:textId="77777777" w:rsidTr="005025BF">
        <w:trPr>
          <w:jc w:val="center"/>
        </w:trPr>
        <w:tc>
          <w:tcPr>
            <w:tcW w:w="2660" w:type="dxa"/>
          </w:tcPr>
          <w:p w14:paraId="0D9006CF" w14:textId="77777777" w:rsidR="0089524E" w:rsidRPr="00ED06F6" w:rsidRDefault="00000000">
            <w:r w:rsidRPr="00ED06F6">
              <w:t>Nom / Prénom :</w:t>
            </w:r>
          </w:p>
        </w:tc>
        <w:tc>
          <w:tcPr>
            <w:tcW w:w="5312" w:type="dxa"/>
          </w:tcPr>
          <w:p w14:paraId="6961F057" w14:textId="0E5C0425" w:rsidR="0089524E" w:rsidRPr="00ED06F6" w:rsidRDefault="0089524E"/>
        </w:tc>
      </w:tr>
      <w:tr w:rsidR="0089524E" w:rsidRPr="00ED06F6" w14:paraId="48438347" w14:textId="77777777" w:rsidTr="005025BF">
        <w:trPr>
          <w:jc w:val="center"/>
        </w:trPr>
        <w:tc>
          <w:tcPr>
            <w:tcW w:w="2660" w:type="dxa"/>
          </w:tcPr>
          <w:p w14:paraId="688EBF99" w14:textId="77777777" w:rsidR="0089524E" w:rsidRPr="00ED06F6" w:rsidRDefault="00000000">
            <w:r w:rsidRPr="00ED06F6">
              <w:t>Service :</w:t>
            </w:r>
          </w:p>
        </w:tc>
        <w:tc>
          <w:tcPr>
            <w:tcW w:w="5312" w:type="dxa"/>
          </w:tcPr>
          <w:p w14:paraId="47594F49" w14:textId="10725CBA" w:rsidR="0089524E" w:rsidRPr="00ED06F6" w:rsidRDefault="0089524E"/>
        </w:tc>
      </w:tr>
      <w:tr w:rsidR="0089524E" w:rsidRPr="00ED06F6" w14:paraId="20CF4E6B" w14:textId="77777777" w:rsidTr="005025BF">
        <w:trPr>
          <w:jc w:val="center"/>
        </w:trPr>
        <w:tc>
          <w:tcPr>
            <w:tcW w:w="2660" w:type="dxa"/>
          </w:tcPr>
          <w:p w14:paraId="611019E0" w14:textId="77777777" w:rsidR="0089524E" w:rsidRPr="00ED06F6" w:rsidRDefault="00000000">
            <w:r w:rsidRPr="00ED06F6">
              <w:t>Téléphone / e-mail :</w:t>
            </w:r>
          </w:p>
        </w:tc>
        <w:tc>
          <w:tcPr>
            <w:tcW w:w="5312" w:type="dxa"/>
          </w:tcPr>
          <w:p w14:paraId="41BD9379" w14:textId="1AC4F186" w:rsidR="0089524E" w:rsidRPr="00ED06F6" w:rsidRDefault="0089524E"/>
        </w:tc>
      </w:tr>
    </w:tbl>
    <w:p w14:paraId="3BFD38C9" w14:textId="4D4B80B2" w:rsidR="0089524E" w:rsidRPr="00ED06F6" w:rsidRDefault="0089524E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6743"/>
        <w:gridCol w:w="567"/>
        <w:gridCol w:w="1191"/>
        <w:gridCol w:w="1131"/>
        <w:gridCol w:w="1958"/>
      </w:tblGrid>
      <w:tr w:rsidR="0089524E" w:rsidRPr="00ED06F6" w14:paraId="39582DFD" w14:textId="77777777" w:rsidTr="00920472">
        <w:trPr>
          <w:jc w:val="center"/>
        </w:trPr>
        <w:tc>
          <w:tcPr>
            <w:tcW w:w="6743" w:type="dxa"/>
          </w:tcPr>
          <w:p w14:paraId="7C78526E" w14:textId="64950B12" w:rsidR="0089524E" w:rsidRPr="000C5034" w:rsidRDefault="00000000" w:rsidP="000C5034">
            <w:pPr>
              <w:jc w:val="center"/>
              <w:rPr>
                <w:sz w:val="50"/>
                <w:szCs w:val="50"/>
              </w:rPr>
            </w:pPr>
            <w:r w:rsidRPr="000C5034">
              <w:rPr>
                <w:b/>
                <w:color w:val="76923C" w:themeColor="accent3" w:themeShade="BF"/>
                <w:sz w:val="50"/>
                <w:szCs w:val="50"/>
              </w:rPr>
              <w:t>Produit</w:t>
            </w:r>
            <w:r w:rsidR="00DD20EF" w:rsidRPr="000C5034">
              <w:rPr>
                <w:b/>
                <w:color w:val="76923C" w:themeColor="accent3" w:themeShade="BF"/>
                <w:sz w:val="50"/>
                <w:szCs w:val="50"/>
              </w:rPr>
              <w:t>s</w:t>
            </w:r>
          </w:p>
        </w:tc>
        <w:tc>
          <w:tcPr>
            <w:tcW w:w="567" w:type="dxa"/>
          </w:tcPr>
          <w:p w14:paraId="2EFF36E1" w14:textId="77777777" w:rsidR="0089524E" w:rsidRPr="00ED06F6" w:rsidRDefault="00000000">
            <w:r w:rsidRPr="00ED06F6">
              <w:rPr>
                <w:b/>
              </w:rPr>
              <w:t>Qté</w:t>
            </w:r>
          </w:p>
        </w:tc>
        <w:tc>
          <w:tcPr>
            <w:tcW w:w="1191" w:type="dxa"/>
          </w:tcPr>
          <w:p w14:paraId="0FE92564" w14:textId="77777777" w:rsidR="0089524E" w:rsidRPr="00ED06F6" w:rsidRDefault="00000000">
            <w:r w:rsidRPr="00ED06F6">
              <w:rPr>
                <w:b/>
              </w:rPr>
              <w:t>Prix catalogue</w:t>
            </w:r>
          </w:p>
        </w:tc>
        <w:tc>
          <w:tcPr>
            <w:tcW w:w="1131" w:type="dxa"/>
          </w:tcPr>
          <w:p w14:paraId="7E4C2406" w14:textId="39F58390" w:rsidR="0089524E" w:rsidRPr="00ED06F6" w:rsidRDefault="00000000">
            <w:r w:rsidRPr="00ED06F6">
              <w:rPr>
                <w:b/>
              </w:rPr>
              <w:t xml:space="preserve">Prix </w:t>
            </w:r>
            <w:r w:rsidR="00ED06F6">
              <w:rPr>
                <w:b/>
              </w:rPr>
              <w:t xml:space="preserve"> remisé</w:t>
            </w:r>
          </w:p>
        </w:tc>
        <w:tc>
          <w:tcPr>
            <w:tcW w:w="1958" w:type="dxa"/>
          </w:tcPr>
          <w:p w14:paraId="4A0EEAF2" w14:textId="77777777" w:rsidR="0089524E" w:rsidRPr="00ED06F6" w:rsidRDefault="00000000">
            <w:r w:rsidRPr="00ED06F6">
              <w:rPr>
                <w:b/>
              </w:rPr>
              <w:t>Total</w:t>
            </w:r>
          </w:p>
        </w:tc>
      </w:tr>
      <w:tr w:rsidR="0089524E" w:rsidRPr="00ED06F6" w14:paraId="03E96F51" w14:textId="77777777" w:rsidTr="00920472">
        <w:trPr>
          <w:jc w:val="center"/>
        </w:trPr>
        <w:tc>
          <w:tcPr>
            <w:tcW w:w="6743" w:type="dxa"/>
            <w:vAlign w:val="center"/>
          </w:tcPr>
          <w:p w14:paraId="06E92838" w14:textId="16EC9894" w:rsidR="0089524E" w:rsidRPr="00ED06F6" w:rsidRDefault="00000000">
            <w:r w:rsidRPr="00ED06F6">
              <w:t>Escargots en coquille à la Bourguignonne</w:t>
            </w:r>
            <w:r w:rsidR="008E758F">
              <w:t xml:space="preserve"> * </w:t>
            </w:r>
            <w:r w:rsidRPr="00ED06F6">
              <w:t>12</w:t>
            </w:r>
          </w:p>
        </w:tc>
        <w:tc>
          <w:tcPr>
            <w:tcW w:w="567" w:type="dxa"/>
            <w:vAlign w:val="center"/>
          </w:tcPr>
          <w:p w14:paraId="39B88FA3" w14:textId="77777777" w:rsidR="0089524E" w:rsidRPr="00ED06F6" w:rsidRDefault="0089524E"/>
        </w:tc>
        <w:tc>
          <w:tcPr>
            <w:tcW w:w="1191" w:type="dxa"/>
            <w:vAlign w:val="center"/>
          </w:tcPr>
          <w:p w14:paraId="786B28E4" w14:textId="4B61247D" w:rsidR="0089524E" w:rsidRPr="00ED06F6" w:rsidRDefault="00000000" w:rsidP="00970A04">
            <w:r w:rsidRPr="00ED06F6">
              <w:t>9,</w:t>
            </w:r>
            <w:r w:rsidR="00884295">
              <w:t>50</w:t>
            </w:r>
            <w:r w:rsidRPr="00ED06F6">
              <w:t xml:space="preserve"> €</w:t>
            </w:r>
          </w:p>
        </w:tc>
        <w:tc>
          <w:tcPr>
            <w:tcW w:w="1131" w:type="dxa"/>
            <w:vAlign w:val="center"/>
          </w:tcPr>
          <w:p w14:paraId="420CBA60" w14:textId="772BDD6C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8,</w:t>
            </w:r>
            <w:r w:rsidR="00884295" w:rsidRPr="00917606">
              <w:rPr>
                <w:b/>
                <w:bCs/>
                <w:color w:val="4F81BD" w:themeColor="accent1"/>
              </w:rPr>
              <w:t>55</w:t>
            </w:r>
            <w:r w:rsidRPr="00917606">
              <w:rPr>
                <w:b/>
                <w:bCs/>
                <w:color w:val="4F81BD" w:themeColor="accent1"/>
              </w:rPr>
              <w:t xml:space="preserve"> €</w:t>
            </w:r>
          </w:p>
        </w:tc>
        <w:tc>
          <w:tcPr>
            <w:tcW w:w="1958" w:type="dxa"/>
            <w:vAlign w:val="center"/>
          </w:tcPr>
          <w:p w14:paraId="7D56BEFA" w14:textId="77777777" w:rsidR="0089524E" w:rsidRPr="00ED06F6" w:rsidRDefault="0089524E"/>
        </w:tc>
      </w:tr>
      <w:tr w:rsidR="0089524E" w:rsidRPr="00ED06F6" w14:paraId="037DC192" w14:textId="77777777" w:rsidTr="00920472">
        <w:trPr>
          <w:jc w:val="center"/>
        </w:trPr>
        <w:tc>
          <w:tcPr>
            <w:tcW w:w="6743" w:type="dxa"/>
            <w:vAlign w:val="center"/>
          </w:tcPr>
          <w:p w14:paraId="2D601885" w14:textId="11E89216" w:rsidR="0089524E" w:rsidRPr="00ED06F6" w:rsidRDefault="00000000">
            <w:r w:rsidRPr="00ED06F6">
              <w:t>Escargots en coquille à la Bourguignonne</w:t>
            </w:r>
            <w:r w:rsidR="008E758F">
              <w:t xml:space="preserve"> * </w:t>
            </w:r>
            <w:r w:rsidRPr="00ED06F6">
              <w:t xml:space="preserve">60 </w:t>
            </w:r>
            <w:r w:rsidR="008E758F">
              <w:t xml:space="preserve">   </w:t>
            </w:r>
            <w:r w:rsidRPr="00ED06F6">
              <w:t>(surgelé)</w:t>
            </w:r>
          </w:p>
        </w:tc>
        <w:tc>
          <w:tcPr>
            <w:tcW w:w="567" w:type="dxa"/>
            <w:vAlign w:val="center"/>
          </w:tcPr>
          <w:p w14:paraId="5A997298" w14:textId="77777777" w:rsidR="0089524E" w:rsidRPr="00ED06F6" w:rsidRDefault="0089524E"/>
        </w:tc>
        <w:tc>
          <w:tcPr>
            <w:tcW w:w="1191" w:type="dxa"/>
            <w:vAlign w:val="center"/>
          </w:tcPr>
          <w:p w14:paraId="4BCE079C" w14:textId="77777777" w:rsidR="0089524E" w:rsidRPr="00ED06F6" w:rsidRDefault="00000000" w:rsidP="00970A04">
            <w:r w:rsidRPr="00ED06F6">
              <w:t>43,00 €</w:t>
            </w:r>
          </w:p>
        </w:tc>
        <w:tc>
          <w:tcPr>
            <w:tcW w:w="1131" w:type="dxa"/>
            <w:vAlign w:val="center"/>
          </w:tcPr>
          <w:p w14:paraId="3A06D612" w14:textId="77777777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38,70 €</w:t>
            </w:r>
          </w:p>
        </w:tc>
        <w:tc>
          <w:tcPr>
            <w:tcW w:w="1958" w:type="dxa"/>
            <w:vAlign w:val="center"/>
          </w:tcPr>
          <w:p w14:paraId="334F47AF" w14:textId="77777777" w:rsidR="0089524E" w:rsidRPr="00ED06F6" w:rsidRDefault="0089524E"/>
        </w:tc>
      </w:tr>
      <w:tr w:rsidR="0089524E" w:rsidRPr="00ED06F6" w14:paraId="32B0E522" w14:textId="77777777" w:rsidTr="00920472">
        <w:trPr>
          <w:jc w:val="center"/>
        </w:trPr>
        <w:tc>
          <w:tcPr>
            <w:tcW w:w="6743" w:type="dxa"/>
            <w:vAlign w:val="center"/>
          </w:tcPr>
          <w:p w14:paraId="0A77ABF9" w14:textId="33BB4C8F" w:rsidR="0089524E" w:rsidRPr="00ED06F6" w:rsidRDefault="00000000">
            <w:r w:rsidRPr="00ED06F6">
              <w:t>Escargots en Crouski’s à la Bourguignonne</w:t>
            </w:r>
            <w:r w:rsidR="008E758F">
              <w:t xml:space="preserve"> * </w:t>
            </w:r>
            <w:r w:rsidRPr="00ED06F6">
              <w:t>60 (surgelé)</w:t>
            </w:r>
          </w:p>
        </w:tc>
        <w:tc>
          <w:tcPr>
            <w:tcW w:w="567" w:type="dxa"/>
            <w:vAlign w:val="center"/>
          </w:tcPr>
          <w:p w14:paraId="2C0D3032" w14:textId="77777777" w:rsidR="0089524E" w:rsidRPr="00ED06F6" w:rsidRDefault="0089524E"/>
        </w:tc>
        <w:tc>
          <w:tcPr>
            <w:tcW w:w="1191" w:type="dxa"/>
            <w:vAlign w:val="center"/>
          </w:tcPr>
          <w:p w14:paraId="10FEC59C" w14:textId="77777777" w:rsidR="0089524E" w:rsidRPr="00ED06F6" w:rsidRDefault="00000000" w:rsidP="00970A04">
            <w:r w:rsidRPr="00ED06F6">
              <w:t>43,00 €</w:t>
            </w:r>
          </w:p>
        </w:tc>
        <w:tc>
          <w:tcPr>
            <w:tcW w:w="1131" w:type="dxa"/>
            <w:vAlign w:val="center"/>
          </w:tcPr>
          <w:p w14:paraId="18EFA42D" w14:textId="77777777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38,70 €</w:t>
            </w:r>
          </w:p>
        </w:tc>
        <w:tc>
          <w:tcPr>
            <w:tcW w:w="1958" w:type="dxa"/>
            <w:vAlign w:val="center"/>
          </w:tcPr>
          <w:p w14:paraId="3C7A1629" w14:textId="77777777" w:rsidR="0089524E" w:rsidRPr="00ED06F6" w:rsidRDefault="0089524E"/>
        </w:tc>
      </w:tr>
      <w:tr w:rsidR="0089524E" w:rsidRPr="00ED06F6" w14:paraId="179805F4" w14:textId="77777777" w:rsidTr="00920472">
        <w:trPr>
          <w:jc w:val="center"/>
        </w:trPr>
        <w:tc>
          <w:tcPr>
            <w:tcW w:w="6743" w:type="dxa"/>
            <w:vAlign w:val="center"/>
          </w:tcPr>
          <w:p w14:paraId="475312B5" w14:textId="78823952" w:rsidR="0089524E" w:rsidRPr="00ED06F6" w:rsidRDefault="00000000">
            <w:r w:rsidRPr="00ED06F6">
              <w:t xml:space="preserve">Escargots en Crouski’s </w:t>
            </w:r>
            <w:r w:rsidR="008E758F">
              <w:t xml:space="preserve">* </w:t>
            </w:r>
            <w:r w:rsidRPr="00ED06F6">
              <w:t>12 – Bourguignonne</w:t>
            </w:r>
          </w:p>
        </w:tc>
        <w:tc>
          <w:tcPr>
            <w:tcW w:w="567" w:type="dxa"/>
            <w:vAlign w:val="center"/>
          </w:tcPr>
          <w:p w14:paraId="59017CEC" w14:textId="77777777" w:rsidR="0089524E" w:rsidRPr="00ED06F6" w:rsidRDefault="0089524E"/>
        </w:tc>
        <w:tc>
          <w:tcPr>
            <w:tcW w:w="1191" w:type="dxa"/>
            <w:vAlign w:val="center"/>
          </w:tcPr>
          <w:p w14:paraId="29225B67" w14:textId="236A6156" w:rsidR="0089524E" w:rsidRPr="00ED06F6" w:rsidRDefault="00000000" w:rsidP="00970A04">
            <w:r w:rsidRPr="00ED06F6">
              <w:t>9,</w:t>
            </w:r>
            <w:r w:rsidR="00884295">
              <w:t>50</w:t>
            </w:r>
            <w:r w:rsidRPr="00ED06F6">
              <w:t xml:space="preserve"> €</w:t>
            </w:r>
          </w:p>
        </w:tc>
        <w:tc>
          <w:tcPr>
            <w:tcW w:w="1131" w:type="dxa"/>
            <w:vAlign w:val="center"/>
          </w:tcPr>
          <w:p w14:paraId="261946F3" w14:textId="4F377700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8,</w:t>
            </w:r>
            <w:r w:rsidR="00917606" w:rsidRPr="00917606">
              <w:rPr>
                <w:b/>
                <w:bCs/>
                <w:color w:val="4F81BD" w:themeColor="accent1"/>
              </w:rPr>
              <w:t>55</w:t>
            </w:r>
            <w:r w:rsidRPr="00917606">
              <w:rPr>
                <w:b/>
                <w:bCs/>
                <w:color w:val="4F81BD" w:themeColor="accent1"/>
              </w:rPr>
              <w:t xml:space="preserve"> €</w:t>
            </w:r>
          </w:p>
        </w:tc>
        <w:tc>
          <w:tcPr>
            <w:tcW w:w="1958" w:type="dxa"/>
            <w:vAlign w:val="center"/>
          </w:tcPr>
          <w:p w14:paraId="32C3AB86" w14:textId="77777777" w:rsidR="0089524E" w:rsidRPr="00ED06F6" w:rsidRDefault="0089524E"/>
        </w:tc>
      </w:tr>
      <w:tr w:rsidR="0089524E" w:rsidRPr="00ED06F6" w14:paraId="77919AA1" w14:textId="77777777" w:rsidTr="00920472">
        <w:trPr>
          <w:jc w:val="center"/>
        </w:trPr>
        <w:tc>
          <w:tcPr>
            <w:tcW w:w="6743" w:type="dxa"/>
            <w:vAlign w:val="center"/>
          </w:tcPr>
          <w:p w14:paraId="3E29260D" w14:textId="36DE01D7" w:rsidR="0089524E" w:rsidRPr="00ED06F6" w:rsidRDefault="00000000">
            <w:r w:rsidRPr="00ED06F6">
              <w:t>Escargots en Crouski’s</w:t>
            </w:r>
            <w:r w:rsidR="008E758F">
              <w:t>*</w:t>
            </w:r>
            <w:r w:rsidRPr="00ED06F6">
              <w:t xml:space="preserve"> </w:t>
            </w:r>
            <w:r w:rsidR="008E758F">
              <w:t xml:space="preserve"> </w:t>
            </w:r>
            <w:r w:rsidRPr="00ED06F6">
              <w:t>12 – Chèvre</w:t>
            </w:r>
          </w:p>
        </w:tc>
        <w:tc>
          <w:tcPr>
            <w:tcW w:w="567" w:type="dxa"/>
            <w:vAlign w:val="center"/>
          </w:tcPr>
          <w:p w14:paraId="4BA59458" w14:textId="77777777" w:rsidR="0089524E" w:rsidRPr="00ED06F6" w:rsidRDefault="0089524E"/>
        </w:tc>
        <w:tc>
          <w:tcPr>
            <w:tcW w:w="1191" w:type="dxa"/>
            <w:vAlign w:val="center"/>
          </w:tcPr>
          <w:p w14:paraId="2A38C2B8" w14:textId="4B14115E" w:rsidR="0089524E" w:rsidRPr="00ED06F6" w:rsidRDefault="00000000" w:rsidP="00970A04">
            <w:r w:rsidRPr="00ED06F6">
              <w:t>9,</w:t>
            </w:r>
            <w:r w:rsidR="00884295">
              <w:t>50</w:t>
            </w:r>
            <w:r w:rsidRPr="00ED06F6">
              <w:t>€</w:t>
            </w:r>
          </w:p>
        </w:tc>
        <w:tc>
          <w:tcPr>
            <w:tcW w:w="1131" w:type="dxa"/>
            <w:vAlign w:val="center"/>
          </w:tcPr>
          <w:p w14:paraId="5E92E302" w14:textId="4C1B717E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8,</w:t>
            </w:r>
            <w:r w:rsidR="00917606" w:rsidRPr="00917606">
              <w:rPr>
                <w:b/>
                <w:bCs/>
                <w:color w:val="4F81BD" w:themeColor="accent1"/>
              </w:rPr>
              <w:t>55</w:t>
            </w:r>
            <w:r w:rsidRPr="00917606">
              <w:rPr>
                <w:b/>
                <w:bCs/>
                <w:color w:val="4F81BD" w:themeColor="accent1"/>
              </w:rPr>
              <w:t xml:space="preserve"> €</w:t>
            </w:r>
          </w:p>
        </w:tc>
        <w:tc>
          <w:tcPr>
            <w:tcW w:w="1958" w:type="dxa"/>
            <w:vAlign w:val="center"/>
          </w:tcPr>
          <w:p w14:paraId="441BBF95" w14:textId="77777777" w:rsidR="0089524E" w:rsidRPr="00ED06F6" w:rsidRDefault="0089524E"/>
        </w:tc>
      </w:tr>
      <w:tr w:rsidR="0089524E" w:rsidRPr="00ED06F6" w14:paraId="1BC15BC3" w14:textId="77777777" w:rsidTr="00920472">
        <w:trPr>
          <w:jc w:val="center"/>
        </w:trPr>
        <w:tc>
          <w:tcPr>
            <w:tcW w:w="6743" w:type="dxa"/>
            <w:vAlign w:val="center"/>
          </w:tcPr>
          <w:p w14:paraId="27E61B16" w14:textId="7DF9631A" w:rsidR="0089524E" w:rsidRPr="00ED06F6" w:rsidRDefault="00000000">
            <w:r w:rsidRPr="00ED06F6">
              <w:t xml:space="preserve">Escargots en Crouski’s </w:t>
            </w:r>
            <w:r w:rsidR="008E758F">
              <w:t xml:space="preserve">* </w:t>
            </w:r>
            <w:r w:rsidRPr="00ED06F6">
              <w:t>12 – Maroilles</w:t>
            </w:r>
          </w:p>
        </w:tc>
        <w:tc>
          <w:tcPr>
            <w:tcW w:w="567" w:type="dxa"/>
            <w:vAlign w:val="center"/>
          </w:tcPr>
          <w:p w14:paraId="41A9D390" w14:textId="77777777" w:rsidR="0089524E" w:rsidRPr="00ED06F6" w:rsidRDefault="0089524E"/>
        </w:tc>
        <w:tc>
          <w:tcPr>
            <w:tcW w:w="1191" w:type="dxa"/>
            <w:vAlign w:val="center"/>
          </w:tcPr>
          <w:p w14:paraId="2B261A79" w14:textId="70C2AC56" w:rsidR="0089524E" w:rsidRPr="00ED06F6" w:rsidRDefault="00000000" w:rsidP="00970A04">
            <w:r w:rsidRPr="00ED06F6">
              <w:t>9,</w:t>
            </w:r>
            <w:r w:rsidR="00884295">
              <w:t>50</w:t>
            </w:r>
            <w:r w:rsidRPr="00ED06F6">
              <w:t>€</w:t>
            </w:r>
          </w:p>
        </w:tc>
        <w:tc>
          <w:tcPr>
            <w:tcW w:w="1131" w:type="dxa"/>
            <w:vAlign w:val="center"/>
          </w:tcPr>
          <w:p w14:paraId="6FD261A8" w14:textId="2DE4A42A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8,</w:t>
            </w:r>
            <w:r w:rsidR="00917606" w:rsidRPr="00917606">
              <w:rPr>
                <w:b/>
                <w:bCs/>
                <w:color w:val="4F81BD" w:themeColor="accent1"/>
              </w:rPr>
              <w:t>55</w:t>
            </w:r>
            <w:r w:rsidRPr="00917606">
              <w:rPr>
                <w:b/>
                <w:bCs/>
                <w:color w:val="4F81BD" w:themeColor="accent1"/>
              </w:rPr>
              <w:t>€</w:t>
            </w:r>
          </w:p>
        </w:tc>
        <w:tc>
          <w:tcPr>
            <w:tcW w:w="1958" w:type="dxa"/>
            <w:vAlign w:val="center"/>
          </w:tcPr>
          <w:p w14:paraId="74F951BB" w14:textId="77777777" w:rsidR="0089524E" w:rsidRPr="00ED06F6" w:rsidRDefault="0089524E"/>
        </w:tc>
      </w:tr>
      <w:tr w:rsidR="0089524E" w:rsidRPr="00ED06F6" w14:paraId="0B8EC962" w14:textId="77777777" w:rsidTr="00920472">
        <w:trPr>
          <w:jc w:val="center"/>
        </w:trPr>
        <w:tc>
          <w:tcPr>
            <w:tcW w:w="6743" w:type="dxa"/>
            <w:vAlign w:val="center"/>
          </w:tcPr>
          <w:p w14:paraId="63E9FFCF" w14:textId="7B95BE36" w:rsidR="0089524E" w:rsidRPr="00ED06F6" w:rsidRDefault="00000000">
            <w:r w:rsidRPr="00ED06F6">
              <w:t xml:space="preserve">Escargots en Crouski’s </w:t>
            </w:r>
            <w:r w:rsidR="008E758F">
              <w:t>*</w:t>
            </w:r>
            <w:r w:rsidRPr="00ED06F6">
              <w:t xml:space="preserve"> 12 – Cheddar</w:t>
            </w:r>
          </w:p>
        </w:tc>
        <w:tc>
          <w:tcPr>
            <w:tcW w:w="567" w:type="dxa"/>
            <w:vAlign w:val="center"/>
          </w:tcPr>
          <w:p w14:paraId="23079C57" w14:textId="77777777" w:rsidR="0089524E" w:rsidRPr="00ED06F6" w:rsidRDefault="0089524E"/>
        </w:tc>
        <w:tc>
          <w:tcPr>
            <w:tcW w:w="1191" w:type="dxa"/>
            <w:vAlign w:val="center"/>
          </w:tcPr>
          <w:p w14:paraId="76057DE9" w14:textId="5B194E10" w:rsidR="0089524E" w:rsidRPr="00ED06F6" w:rsidRDefault="00000000" w:rsidP="00970A04">
            <w:r w:rsidRPr="00ED06F6">
              <w:t>9,</w:t>
            </w:r>
            <w:r w:rsidR="00884295">
              <w:t>50</w:t>
            </w:r>
            <w:r w:rsidRPr="00ED06F6">
              <w:t>€</w:t>
            </w:r>
          </w:p>
        </w:tc>
        <w:tc>
          <w:tcPr>
            <w:tcW w:w="1131" w:type="dxa"/>
            <w:vAlign w:val="center"/>
          </w:tcPr>
          <w:p w14:paraId="4BBC3859" w14:textId="33FE9C51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8,</w:t>
            </w:r>
            <w:r w:rsidR="00917606" w:rsidRPr="00917606">
              <w:rPr>
                <w:b/>
                <w:bCs/>
                <w:color w:val="4F81BD" w:themeColor="accent1"/>
              </w:rPr>
              <w:t>55</w:t>
            </w:r>
            <w:r w:rsidRPr="00917606">
              <w:rPr>
                <w:b/>
                <w:bCs/>
                <w:color w:val="4F81BD" w:themeColor="accent1"/>
              </w:rPr>
              <w:t>€</w:t>
            </w:r>
          </w:p>
        </w:tc>
        <w:tc>
          <w:tcPr>
            <w:tcW w:w="1958" w:type="dxa"/>
            <w:vAlign w:val="center"/>
          </w:tcPr>
          <w:p w14:paraId="0ECA8CF8" w14:textId="77777777" w:rsidR="0089524E" w:rsidRPr="00ED06F6" w:rsidRDefault="0089524E"/>
        </w:tc>
      </w:tr>
      <w:tr w:rsidR="0089524E" w:rsidRPr="00ED06F6" w14:paraId="64C491FC" w14:textId="77777777" w:rsidTr="00920472">
        <w:trPr>
          <w:jc w:val="center"/>
        </w:trPr>
        <w:tc>
          <w:tcPr>
            <w:tcW w:w="6743" w:type="dxa"/>
            <w:vAlign w:val="center"/>
          </w:tcPr>
          <w:p w14:paraId="7FD06C6B" w14:textId="6B964D58" w:rsidR="0089524E" w:rsidRPr="00ED06F6" w:rsidRDefault="00000000">
            <w:r w:rsidRPr="00ED06F6">
              <w:t xml:space="preserve">Escargots en Crouski’s </w:t>
            </w:r>
            <w:r w:rsidR="008E758F">
              <w:t>*</w:t>
            </w:r>
            <w:r w:rsidRPr="00ED06F6">
              <w:t>12 – Feta tomate</w:t>
            </w:r>
          </w:p>
        </w:tc>
        <w:tc>
          <w:tcPr>
            <w:tcW w:w="567" w:type="dxa"/>
            <w:vAlign w:val="center"/>
          </w:tcPr>
          <w:p w14:paraId="79DC516F" w14:textId="77777777" w:rsidR="0089524E" w:rsidRPr="00ED06F6" w:rsidRDefault="0089524E"/>
        </w:tc>
        <w:tc>
          <w:tcPr>
            <w:tcW w:w="1191" w:type="dxa"/>
            <w:vAlign w:val="center"/>
          </w:tcPr>
          <w:p w14:paraId="142D063D" w14:textId="24C7E148" w:rsidR="0089524E" w:rsidRPr="00ED06F6" w:rsidRDefault="00000000" w:rsidP="00970A04">
            <w:r w:rsidRPr="00ED06F6">
              <w:t>9,</w:t>
            </w:r>
            <w:r w:rsidR="00884295">
              <w:t>50</w:t>
            </w:r>
            <w:r w:rsidRPr="00ED06F6">
              <w:t>€</w:t>
            </w:r>
          </w:p>
        </w:tc>
        <w:tc>
          <w:tcPr>
            <w:tcW w:w="1131" w:type="dxa"/>
            <w:vAlign w:val="center"/>
          </w:tcPr>
          <w:p w14:paraId="1E550FD4" w14:textId="1829512C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8,</w:t>
            </w:r>
            <w:r w:rsidR="00917606" w:rsidRPr="00917606">
              <w:rPr>
                <w:b/>
                <w:bCs/>
                <w:color w:val="4F81BD" w:themeColor="accent1"/>
              </w:rPr>
              <w:t>55</w:t>
            </w:r>
            <w:r w:rsidRPr="00917606">
              <w:rPr>
                <w:b/>
                <w:bCs/>
                <w:color w:val="4F81BD" w:themeColor="accent1"/>
              </w:rPr>
              <w:t xml:space="preserve"> €</w:t>
            </w:r>
          </w:p>
        </w:tc>
        <w:tc>
          <w:tcPr>
            <w:tcW w:w="1958" w:type="dxa"/>
            <w:vAlign w:val="center"/>
          </w:tcPr>
          <w:p w14:paraId="404CFE4C" w14:textId="77777777" w:rsidR="0089524E" w:rsidRPr="00ED06F6" w:rsidRDefault="0089524E"/>
        </w:tc>
      </w:tr>
      <w:tr w:rsidR="0089524E" w:rsidRPr="00ED06F6" w14:paraId="3ED6C05F" w14:textId="77777777" w:rsidTr="00920472">
        <w:trPr>
          <w:jc w:val="center"/>
        </w:trPr>
        <w:tc>
          <w:tcPr>
            <w:tcW w:w="6743" w:type="dxa"/>
            <w:vAlign w:val="center"/>
          </w:tcPr>
          <w:p w14:paraId="64214B5C" w14:textId="635BE004" w:rsidR="0089524E" w:rsidRPr="00ED06F6" w:rsidRDefault="00000000">
            <w:r w:rsidRPr="00ED06F6">
              <w:t xml:space="preserve">Escargots en Crouski’s </w:t>
            </w:r>
            <w:r w:rsidR="008E758F">
              <w:t xml:space="preserve">* </w:t>
            </w:r>
            <w:r w:rsidRPr="00ED06F6">
              <w:t>12 – Échalote confite framboise cassis</w:t>
            </w:r>
          </w:p>
        </w:tc>
        <w:tc>
          <w:tcPr>
            <w:tcW w:w="567" w:type="dxa"/>
            <w:vAlign w:val="center"/>
          </w:tcPr>
          <w:p w14:paraId="6C54E7F4" w14:textId="77777777" w:rsidR="0089524E" w:rsidRPr="00ED06F6" w:rsidRDefault="0089524E"/>
        </w:tc>
        <w:tc>
          <w:tcPr>
            <w:tcW w:w="1191" w:type="dxa"/>
            <w:vAlign w:val="center"/>
          </w:tcPr>
          <w:p w14:paraId="10536C30" w14:textId="79B8C170" w:rsidR="0089524E" w:rsidRPr="00ED06F6" w:rsidRDefault="00000000" w:rsidP="00970A04">
            <w:r w:rsidRPr="00ED06F6">
              <w:t>9,</w:t>
            </w:r>
            <w:r w:rsidR="00884295">
              <w:t>50</w:t>
            </w:r>
            <w:r w:rsidRPr="00ED06F6">
              <w:t xml:space="preserve"> €</w:t>
            </w:r>
          </w:p>
        </w:tc>
        <w:tc>
          <w:tcPr>
            <w:tcW w:w="1131" w:type="dxa"/>
            <w:vAlign w:val="center"/>
          </w:tcPr>
          <w:p w14:paraId="6B6A1A51" w14:textId="6EBF7C02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8,</w:t>
            </w:r>
            <w:r w:rsidR="00917606" w:rsidRPr="00917606">
              <w:rPr>
                <w:b/>
                <w:bCs/>
                <w:color w:val="4F81BD" w:themeColor="accent1"/>
              </w:rPr>
              <w:t>55</w:t>
            </w:r>
            <w:r w:rsidRPr="00917606">
              <w:rPr>
                <w:b/>
                <w:bCs/>
                <w:color w:val="4F81BD" w:themeColor="accent1"/>
              </w:rPr>
              <w:t xml:space="preserve"> €</w:t>
            </w:r>
          </w:p>
        </w:tc>
        <w:tc>
          <w:tcPr>
            <w:tcW w:w="1958" w:type="dxa"/>
            <w:vAlign w:val="center"/>
          </w:tcPr>
          <w:p w14:paraId="60808E0F" w14:textId="77777777" w:rsidR="0089524E" w:rsidRPr="00ED06F6" w:rsidRDefault="0089524E"/>
        </w:tc>
      </w:tr>
      <w:tr w:rsidR="0089524E" w:rsidRPr="00ED06F6" w14:paraId="652369B0" w14:textId="77777777" w:rsidTr="00920472">
        <w:trPr>
          <w:jc w:val="center"/>
        </w:trPr>
        <w:tc>
          <w:tcPr>
            <w:tcW w:w="6743" w:type="dxa"/>
            <w:vAlign w:val="center"/>
          </w:tcPr>
          <w:p w14:paraId="4F9EDE11" w14:textId="77777777" w:rsidR="0089524E" w:rsidRPr="00ED06F6" w:rsidRDefault="00000000">
            <w:r w:rsidRPr="00ED06F6">
              <w:t>Escargots en Crouski’s – 12 – Châtaigne, lardon fumé et baie de Timut</w:t>
            </w:r>
          </w:p>
        </w:tc>
        <w:tc>
          <w:tcPr>
            <w:tcW w:w="567" w:type="dxa"/>
            <w:vAlign w:val="center"/>
          </w:tcPr>
          <w:p w14:paraId="1CBA1F0D" w14:textId="77777777" w:rsidR="0089524E" w:rsidRPr="00ED06F6" w:rsidRDefault="0089524E"/>
        </w:tc>
        <w:tc>
          <w:tcPr>
            <w:tcW w:w="1191" w:type="dxa"/>
            <w:vAlign w:val="center"/>
          </w:tcPr>
          <w:p w14:paraId="2B45E647" w14:textId="59A3A282" w:rsidR="0089524E" w:rsidRPr="00ED06F6" w:rsidRDefault="00000000" w:rsidP="00970A04">
            <w:r w:rsidRPr="00ED06F6">
              <w:t>9,</w:t>
            </w:r>
            <w:r w:rsidR="00884295">
              <w:t>80</w:t>
            </w:r>
            <w:r w:rsidRPr="00ED06F6">
              <w:t xml:space="preserve"> €</w:t>
            </w:r>
          </w:p>
        </w:tc>
        <w:tc>
          <w:tcPr>
            <w:tcW w:w="1131" w:type="dxa"/>
            <w:vAlign w:val="center"/>
          </w:tcPr>
          <w:p w14:paraId="33A0003E" w14:textId="3C969236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8,</w:t>
            </w:r>
            <w:r w:rsidR="00884295" w:rsidRPr="00917606">
              <w:rPr>
                <w:b/>
                <w:bCs/>
                <w:color w:val="4F81BD" w:themeColor="accent1"/>
              </w:rPr>
              <w:t>8</w:t>
            </w:r>
            <w:r w:rsidR="00917606" w:rsidRPr="00917606">
              <w:rPr>
                <w:b/>
                <w:bCs/>
                <w:color w:val="4F81BD" w:themeColor="accent1"/>
              </w:rPr>
              <w:t>0</w:t>
            </w:r>
            <w:r w:rsidRPr="00917606">
              <w:rPr>
                <w:b/>
                <w:bCs/>
                <w:color w:val="4F81BD" w:themeColor="accent1"/>
              </w:rPr>
              <w:t xml:space="preserve"> €</w:t>
            </w:r>
          </w:p>
        </w:tc>
        <w:tc>
          <w:tcPr>
            <w:tcW w:w="1958" w:type="dxa"/>
            <w:vAlign w:val="center"/>
          </w:tcPr>
          <w:p w14:paraId="1C362B2F" w14:textId="77777777" w:rsidR="0089524E" w:rsidRPr="00ED06F6" w:rsidRDefault="0089524E"/>
        </w:tc>
      </w:tr>
      <w:tr w:rsidR="0089524E" w:rsidRPr="00ED06F6" w14:paraId="21AC540A" w14:textId="77777777" w:rsidTr="00920472">
        <w:trPr>
          <w:jc w:val="center"/>
        </w:trPr>
        <w:tc>
          <w:tcPr>
            <w:tcW w:w="6743" w:type="dxa"/>
            <w:vAlign w:val="center"/>
          </w:tcPr>
          <w:p w14:paraId="1A9A66F2" w14:textId="77777777" w:rsidR="0089524E" w:rsidRPr="00ED06F6" w:rsidRDefault="00000000">
            <w:r w:rsidRPr="00ED06F6">
              <w:t>Escargots en Crouski’s – 12 – Foie gras et porto</w:t>
            </w:r>
          </w:p>
        </w:tc>
        <w:tc>
          <w:tcPr>
            <w:tcW w:w="567" w:type="dxa"/>
            <w:vAlign w:val="center"/>
          </w:tcPr>
          <w:p w14:paraId="306C1BDF" w14:textId="77777777" w:rsidR="0089524E" w:rsidRPr="00ED06F6" w:rsidRDefault="0089524E"/>
        </w:tc>
        <w:tc>
          <w:tcPr>
            <w:tcW w:w="1191" w:type="dxa"/>
            <w:vAlign w:val="center"/>
          </w:tcPr>
          <w:p w14:paraId="3E75F834" w14:textId="0B85E1F4" w:rsidR="0089524E" w:rsidRPr="00ED06F6" w:rsidRDefault="00000000" w:rsidP="00970A04">
            <w:r w:rsidRPr="00ED06F6">
              <w:t>9,</w:t>
            </w:r>
            <w:r w:rsidR="00884295">
              <w:t>80</w:t>
            </w:r>
            <w:r w:rsidRPr="00ED06F6">
              <w:t xml:space="preserve"> €</w:t>
            </w:r>
          </w:p>
        </w:tc>
        <w:tc>
          <w:tcPr>
            <w:tcW w:w="1131" w:type="dxa"/>
            <w:vAlign w:val="center"/>
          </w:tcPr>
          <w:p w14:paraId="4EBFB396" w14:textId="3809A319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8,</w:t>
            </w:r>
            <w:r w:rsidR="00884295" w:rsidRPr="00917606">
              <w:rPr>
                <w:b/>
                <w:bCs/>
                <w:color w:val="4F81BD" w:themeColor="accent1"/>
              </w:rPr>
              <w:t>8</w:t>
            </w:r>
            <w:r w:rsidR="00917606" w:rsidRPr="00917606">
              <w:rPr>
                <w:b/>
                <w:bCs/>
                <w:color w:val="4F81BD" w:themeColor="accent1"/>
              </w:rPr>
              <w:t>0</w:t>
            </w:r>
            <w:r w:rsidRPr="00917606">
              <w:rPr>
                <w:b/>
                <w:bCs/>
                <w:color w:val="4F81BD" w:themeColor="accent1"/>
              </w:rPr>
              <w:t>€</w:t>
            </w:r>
          </w:p>
        </w:tc>
        <w:tc>
          <w:tcPr>
            <w:tcW w:w="1958" w:type="dxa"/>
            <w:vAlign w:val="center"/>
          </w:tcPr>
          <w:p w14:paraId="2B597363" w14:textId="77777777" w:rsidR="0089524E" w:rsidRPr="00ED06F6" w:rsidRDefault="0089524E"/>
        </w:tc>
      </w:tr>
      <w:tr w:rsidR="0089524E" w:rsidRPr="00ED06F6" w14:paraId="64E80AE5" w14:textId="77777777" w:rsidTr="00920472">
        <w:trPr>
          <w:jc w:val="center"/>
        </w:trPr>
        <w:tc>
          <w:tcPr>
            <w:tcW w:w="6743" w:type="dxa"/>
            <w:vAlign w:val="center"/>
          </w:tcPr>
          <w:p w14:paraId="6B20CA83" w14:textId="3DC7B603" w:rsidR="0089524E" w:rsidRPr="00ED06F6" w:rsidRDefault="00000000">
            <w:r w:rsidRPr="00ED06F6">
              <w:t>Cassolette d’escargots à la crème à l’ail (minimum 48 pièces</w:t>
            </w:r>
            <w:r w:rsidR="00C13F36">
              <w:t xml:space="preserve"> en bocal)</w:t>
            </w:r>
          </w:p>
        </w:tc>
        <w:tc>
          <w:tcPr>
            <w:tcW w:w="567" w:type="dxa"/>
            <w:vAlign w:val="center"/>
          </w:tcPr>
          <w:p w14:paraId="6405FD59" w14:textId="77777777" w:rsidR="0089524E" w:rsidRPr="00ED06F6" w:rsidRDefault="0089524E"/>
        </w:tc>
        <w:tc>
          <w:tcPr>
            <w:tcW w:w="1191" w:type="dxa"/>
            <w:vAlign w:val="center"/>
          </w:tcPr>
          <w:p w14:paraId="54D51F9D" w14:textId="77777777" w:rsidR="0089524E" w:rsidRPr="00ED06F6" w:rsidRDefault="00000000" w:rsidP="00970A04">
            <w:r w:rsidRPr="00ED06F6">
              <w:t>16,00 €</w:t>
            </w:r>
          </w:p>
        </w:tc>
        <w:tc>
          <w:tcPr>
            <w:tcW w:w="1131" w:type="dxa"/>
            <w:vAlign w:val="center"/>
          </w:tcPr>
          <w:p w14:paraId="0F2AB38A" w14:textId="77777777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14,40 €</w:t>
            </w:r>
          </w:p>
        </w:tc>
        <w:tc>
          <w:tcPr>
            <w:tcW w:w="1958" w:type="dxa"/>
            <w:vAlign w:val="center"/>
          </w:tcPr>
          <w:p w14:paraId="74365F04" w14:textId="77777777" w:rsidR="0089524E" w:rsidRPr="00ED06F6" w:rsidRDefault="0089524E"/>
        </w:tc>
      </w:tr>
      <w:tr w:rsidR="0089524E" w:rsidRPr="00ED06F6" w14:paraId="6DEE3FB1" w14:textId="77777777" w:rsidTr="00920472">
        <w:trPr>
          <w:jc w:val="center"/>
        </w:trPr>
        <w:tc>
          <w:tcPr>
            <w:tcW w:w="6743" w:type="dxa"/>
            <w:vAlign w:val="center"/>
          </w:tcPr>
          <w:p w14:paraId="34F6E981" w14:textId="7675582B" w:rsidR="0089524E" w:rsidRPr="00ED06F6" w:rsidRDefault="00000000">
            <w:r w:rsidRPr="00ED06F6">
              <w:t>Escargots au court-bouillon</w:t>
            </w:r>
            <w:r w:rsidR="00C13F36">
              <w:t xml:space="preserve"> * </w:t>
            </w:r>
            <w:r w:rsidRPr="00ED06F6">
              <w:t>48 – calibre Belle grosseur</w:t>
            </w:r>
          </w:p>
        </w:tc>
        <w:tc>
          <w:tcPr>
            <w:tcW w:w="567" w:type="dxa"/>
            <w:vAlign w:val="center"/>
          </w:tcPr>
          <w:p w14:paraId="7F68CC6E" w14:textId="77777777" w:rsidR="0089524E" w:rsidRPr="00ED06F6" w:rsidRDefault="0089524E"/>
        </w:tc>
        <w:tc>
          <w:tcPr>
            <w:tcW w:w="1191" w:type="dxa"/>
            <w:vAlign w:val="center"/>
          </w:tcPr>
          <w:p w14:paraId="72779E9B" w14:textId="3170C6F0" w:rsidR="0089524E" w:rsidRPr="00ED06F6" w:rsidRDefault="00884295" w:rsidP="00970A04">
            <w:r>
              <w:t>22.50</w:t>
            </w:r>
            <w:r w:rsidRPr="00ED06F6">
              <w:t xml:space="preserve"> €</w:t>
            </w:r>
          </w:p>
        </w:tc>
        <w:tc>
          <w:tcPr>
            <w:tcW w:w="1131" w:type="dxa"/>
            <w:vAlign w:val="center"/>
          </w:tcPr>
          <w:p w14:paraId="720C89E1" w14:textId="0577F91E" w:rsidR="0089524E" w:rsidRPr="00917606" w:rsidRDefault="00884295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20.25 €</w:t>
            </w:r>
          </w:p>
        </w:tc>
        <w:tc>
          <w:tcPr>
            <w:tcW w:w="1958" w:type="dxa"/>
            <w:vAlign w:val="center"/>
          </w:tcPr>
          <w:p w14:paraId="66127A64" w14:textId="77777777" w:rsidR="0089524E" w:rsidRPr="00ED06F6" w:rsidRDefault="0089524E"/>
        </w:tc>
      </w:tr>
      <w:tr w:rsidR="0089524E" w:rsidRPr="00ED06F6" w14:paraId="028294F3" w14:textId="77777777" w:rsidTr="00920472">
        <w:trPr>
          <w:jc w:val="center"/>
        </w:trPr>
        <w:tc>
          <w:tcPr>
            <w:tcW w:w="6743" w:type="dxa"/>
            <w:vAlign w:val="center"/>
          </w:tcPr>
          <w:p w14:paraId="680E62AF" w14:textId="478F8A36" w:rsidR="0089524E" w:rsidRPr="00ED06F6" w:rsidRDefault="00000000">
            <w:r w:rsidRPr="00ED06F6">
              <w:t>Escargots au court-bouillon</w:t>
            </w:r>
            <w:r w:rsidR="00C13F36">
              <w:t xml:space="preserve"> * </w:t>
            </w:r>
            <w:r w:rsidRPr="00ED06F6">
              <w:t>48 – calibre Moyen</w:t>
            </w:r>
          </w:p>
        </w:tc>
        <w:tc>
          <w:tcPr>
            <w:tcW w:w="567" w:type="dxa"/>
            <w:vAlign w:val="center"/>
          </w:tcPr>
          <w:p w14:paraId="0AECB74F" w14:textId="77777777" w:rsidR="0089524E" w:rsidRPr="00ED06F6" w:rsidRDefault="0089524E"/>
        </w:tc>
        <w:tc>
          <w:tcPr>
            <w:tcW w:w="1191" w:type="dxa"/>
            <w:vAlign w:val="center"/>
          </w:tcPr>
          <w:p w14:paraId="3640FC1C" w14:textId="3CE75EB7" w:rsidR="0089524E" w:rsidRPr="00ED06F6" w:rsidRDefault="00884295" w:rsidP="00970A04">
            <w:r>
              <w:t>21.20</w:t>
            </w:r>
            <w:r w:rsidRPr="00ED06F6">
              <w:t xml:space="preserve"> €</w:t>
            </w:r>
          </w:p>
        </w:tc>
        <w:tc>
          <w:tcPr>
            <w:tcW w:w="1131" w:type="dxa"/>
            <w:vAlign w:val="center"/>
          </w:tcPr>
          <w:p w14:paraId="761490AA" w14:textId="0CFE4521" w:rsidR="0089524E" w:rsidRPr="00917606" w:rsidRDefault="00884295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19.</w:t>
            </w:r>
            <w:r w:rsidR="00917606" w:rsidRPr="00917606">
              <w:rPr>
                <w:b/>
                <w:bCs/>
                <w:color w:val="4F81BD" w:themeColor="accent1"/>
              </w:rPr>
              <w:t>10</w:t>
            </w:r>
            <w:r w:rsidRPr="00917606">
              <w:rPr>
                <w:b/>
                <w:bCs/>
                <w:color w:val="4F81BD" w:themeColor="accent1"/>
              </w:rPr>
              <w:t xml:space="preserve"> €</w:t>
            </w:r>
          </w:p>
        </w:tc>
        <w:tc>
          <w:tcPr>
            <w:tcW w:w="1958" w:type="dxa"/>
            <w:vAlign w:val="center"/>
          </w:tcPr>
          <w:p w14:paraId="0DFEC970" w14:textId="77777777" w:rsidR="0089524E" w:rsidRPr="00ED06F6" w:rsidRDefault="0089524E"/>
        </w:tc>
      </w:tr>
      <w:tr w:rsidR="0089524E" w:rsidRPr="00ED06F6" w14:paraId="68401C5F" w14:textId="77777777" w:rsidTr="00920472">
        <w:trPr>
          <w:jc w:val="center"/>
        </w:trPr>
        <w:tc>
          <w:tcPr>
            <w:tcW w:w="6743" w:type="dxa"/>
            <w:vAlign w:val="center"/>
          </w:tcPr>
          <w:p w14:paraId="6698D7C9" w14:textId="6F2BDBC6" w:rsidR="0089524E" w:rsidRPr="00ED06F6" w:rsidRDefault="00000000">
            <w:r w:rsidRPr="00ED06F6">
              <w:t>Escargots au court-bouillon</w:t>
            </w:r>
            <w:r w:rsidR="00C13F36">
              <w:t xml:space="preserve"> * </w:t>
            </w:r>
            <w:r w:rsidRPr="00ED06F6">
              <w:t>36 – calibre Petit</w:t>
            </w:r>
          </w:p>
        </w:tc>
        <w:tc>
          <w:tcPr>
            <w:tcW w:w="567" w:type="dxa"/>
            <w:vAlign w:val="center"/>
          </w:tcPr>
          <w:p w14:paraId="109B2BFE" w14:textId="77777777" w:rsidR="0089524E" w:rsidRPr="00ED06F6" w:rsidRDefault="0089524E"/>
        </w:tc>
        <w:tc>
          <w:tcPr>
            <w:tcW w:w="1191" w:type="dxa"/>
            <w:vAlign w:val="center"/>
          </w:tcPr>
          <w:p w14:paraId="2BF35DF5" w14:textId="48F79982" w:rsidR="0089524E" w:rsidRPr="00ED06F6" w:rsidRDefault="00000000" w:rsidP="00970A04">
            <w:r w:rsidRPr="00ED06F6">
              <w:t>1</w:t>
            </w:r>
            <w:r w:rsidR="00884295">
              <w:t>7.30</w:t>
            </w:r>
            <w:r w:rsidRPr="00ED06F6">
              <w:t xml:space="preserve"> €</w:t>
            </w:r>
          </w:p>
        </w:tc>
        <w:tc>
          <w:tcPr>
            <w:tcW w:w="1131" w:type="dxa"/>
            <w:vAlign w:val="center"/>
          </w:tcPr>
          <w:p w14:paraId="326839B3" w14:textId="323ECC26" w:rsidR="0089524E" w:rsidRPr="00917606" w:rsidRDefault="00884295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15.</w:t>
            </w:r>
            <w:r w:rsidR="00917606" w:rsidRPr="00917606">
              <w:rPr>
                <w:b/>
                <w:bCs/>
                <w:color w:val="4F81BD" w:themeColor="accent1"/>
              </w:rPr>
              <w:t>60</w:t>
            </w:r>
            <w:r w:rsidRPr="00917606">
              <w:rPr>
                <w:b/>
                <w:bCs/>
                <w:color w:val="4F81BD" w:themeColor="accent1"/>
              </w:rPr>
              <w:t>€</w:t>
            </w:r>
          </w:p>
        </w:tc>
        <w:tc>
          <w:tcPr>
            <w:tcW w:w="1958" w:type="dxa"/>
            <w:vAlign w:val="center"/>
          </w:tcPr>
          <w:p w14:paraId="637A5C9F" w14:textId="77777777" w:rsidR="0089524E" w:rsidRPr="00ED06F6" w:rsidRDefault="0089524E"/>
        </w:tc>
      </w:tr>
      <w:tr w:rsidR="0089524E" w:rsidRPr="00ED06F6" w14:paraId="447D0E7B" w14:textId="77777777" w:rsidTr="00920472">
        <w:trPr>
          <w:jc w:val="center"/>
        </w:trPr>
        <w:tc>
          <w:tcPr>
            <w:tcW w:w="6743" w:type="dxa"/>
            <w:vAlign w:val="center"/>
          </w:tcPr>
          <w:p w14:paraId="7E8D55D4" w14:textId="49BD20A4" w:rsidR="0089524E" w:rsidRPr="00ED06F6" w:rsidRDefault="00000000">
            <w:r w:rsidRPr="00ED06F6">
              <w:t>Escargots au court-bouillon</w:t>
            </w:r>
            <w:r w:rsidR="00C13F36">
              <w:t xml:space="preserve"> * </w:t>
            </w:r>
            <w:r w:rsidRPr="00ED06F6">
              <w:t>24</w:t>
            </w:r>
            <w:r w:rsidR="00884295">
              <w:t xml:space="preserve"> – calibre moyen</w:t>
            </w:r>
          </w:p>
        </w:tc>
        <w:tc>
          <w:tcPr>
            <w:tcW w:w="567" w:type="dxa"/>
            <w:vAlign w:val="center"/>
          </w:tcPr>
          <w:p w14:paraId="0F22A6BF" w14:textId="77777777" w:rsidR="0089524E" w:rsidRPr="00ED06F6" w:rsidRDefault="0089524E"/>
        </w:tc>
        <w:tc>
          <w:tcPr>
            <w:tcW w:w="1191" w:type="dxa"/>
            <w:vAlign w:val="center"/>
          </w:tcPr>
          <w:p w14:paraId="3F63A343" w14:textId="31CF7220" w:rsidR="0089524E" w:rsidRPr="00ED06F6" w:rsidRDefault="00884295" w:rsidP="00970A04">
            <w:r>
              <w:t>12.30</w:t>
            </w:r>
            <w:r w:rsidRPr="00ED06F6">
              <w:t xml:space="preserve"> €</w:t>
            </w:r>
          </w:p>
        </w:tc>
        <w:tc>
          <w:tcPr>
            <w:tcW w:w="1131" w:type="dxa"/>
            <w:vAlign w:val="center"/>
          </w:tcPr>
          <w:p w14:paraId="6C7B0BD1" w14:textId="1D95E28C" w:rsidR="0089524E" w:rsidRPr="00917606" w:rsidRDefault="00884295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11.</w:t>
            </w:r>
            <w:r w:rsidR="00917606" w:rsidRPr="00917606">
              <w:rPr>
                <w:b/>
                <w:bCs/>
                <w:color w:val="4F81BD" w:themeColor="accent1"/>
              </w:rPr>
              <w:t>10</w:t>
            </w:r>
            <w:r w:rsidRPr="00917606">
              <w:rPr>
                <w:b/>
                <w:bCs/>
                <w:color w:val="4F81BD" w:themeColor="accent1"/>
              </w:rPr>
              <w:t xml:space="preserve"> €</w:t>
            </w:r>
          </w:p>
        </w:tc>
        <w:tc>
          <w:tcPr>
            <w:tcW w:w="1958" w:type="dxa"/>
            <w:vAlign w:val="center"/>
          </w:tcPr>
          <w:p w14:paraId="47813FE5" w14:textId="77777777" w:rsidR="0089524E" w:rsidRPr="00ED06F6" w:rsidRDefault="0089524E"/>
        </w:tc>
      </w:tr>
      <w:tr w:rsidR="0089524E" w:rsidRPr="00ED06F6" w14:paraId="041467F5" w14:textId="77777777" w:rsidTr="00920472">
        <w:trPr>
          <w:jc w:val="center"/>
        </w:trPr>
        <w:tc>
          <w:tcPr>
            <w:tcW w:w="6743" w:type="dxa"/>
            <w:vAlign w:val="center"/>
          </w:tcPr>
          <w:p w14:paraId="0CA159CE" w14:textId="04AC3AE2" w:rsidR="0089524E" w:rsidRPr="00ED06F6" w:rsidRDefault="00000000">
            <w:r w:rsidRPr="00ED06F6">
              <w:t>Coquilles</w:t>
            </w:r>
            <w:r w:rsidR="00C13F36">
              <w:t xml:space="preserve"> ou </w:t>
            </w:r>
            <w:r w:rsidRPr="00ED06F6">
              <w:t>Crouski’s</w:t>
            </w:r>
            <w:r w:rsidR="00C13F36">
              <w:t xml:space="preserve"> * </w:t>
            </w:r>
            <w:r w:rsidRPr="00ED06F6">
              <w:t>48</w:t>
            </w:r>
            <w:r w:rsidR="00C13F36">
              <w:t xml:space="preserve"> (prêtes à garnir)</w:t>
            </w:r>
          </w:p>
        </w:tc>
        <w:tc>
          <w:tcPr>
            <w:tcW w:w="567" w:type="dxa"/>
            <w:vAlign w:val="center"/>
          </w:tcPr>
          <w:p w14:paraId="24FEF480" w14:textId="77777777" w:rsidR="0089524E" w:rsidRPr="00ED06F6" w:rsidRDefault="0089524E"/>
        </w:tc>
        <w:tc>
          <w:tcPr>
            <w:tcW w:w="1191" w:type="dxa"/>
            <w:vAlign w:val="center"/>
          </w:tcPr>
          <w:p w14:paraId="63F6A2F9" w14:textId="77777777" w:rsidR="0089524E" w:rsidRPr="00ED06F6" w:rsidRDefault="00000000" w:rsidP="00970A04">
            <w:r w:rsidRPr="00ED06F6">
              <w:t>6,50 €</w:t>
            </w:r>
          </w:p>
        </w:tc>
        <w:tc>
          <w:tcPr>
            <w:tcW w:w="1131" w:type="dxa"/>
            <w:vAlign w:val="center"/>
          </w:tcPr>
          <w:p w14:paraId="07D70772" w14:textId="77777777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5,85 €</w:t>
            </w:r>
          </w:p>
        </w:tc>
        <w:tc>
          <w:tcPr>
            <w:tcW w:w="1958" w:type="dxa"/>
            <w:vAlign w:val="center"/>
          </w:tcPr>
          <w:p w14:paraId="5F4563D9" w14:textId="77777777" w:rsidR="0089524E" w:rsidRPr="00ED06F6" w:rsidRDefault="0089524E"/>
        </w:tc>
      </w:tr>
      <w:tr w:rsidR="0089524E" w:rsidRPr="00ED06F6" w14:paraId="34357201" w14:textId="77777777" w:rsidTr="00920472">
        <w:trPr>
          <w:jc w:val="center"/>
        </w:trPr>
        <w:tc>
          <w:tcPr>
            <w:tcW w:w="6743" w:type="dxa"/>
            <w:vAlign w:val="center"/>
          </w:tcPr>
          <w:p w14:paraId="62FC19D3" w14:textId="196D4ED6" w:rsidR="0089524E" w:rsidRPr="00ED06F6" w:rsidRDefault="00000000">
            <w:r w:rsidRPr="00ED06F6">
              <w:t>Beurre persillé</w:t>
            </w:r>
            <w:r w:rsidR="00917606">
              <w:t xml:space="preserve"> 250g</w:t>
            </w:r>
          </w:p>
        </w:tc>
        <w:tc>
          <w:tcPr>
            <w:tcW w:w="567" w:type="dxa"/>
            <w:vAlign w:val="center"/>
          </w:tcPr>
          <w:p w14:paraId="7C77AC35" w14:textId="77777777" w:rsidR="0089524E" w:rsidRPr="00ED06F6" w:rsidRDefault="0089524E"/>
        </w:tc>
        <w:tc>
          <w:tcPr>
            <w:tcW w:w="1191" w:type="dxa"/>
            <w:vAlign w:val="center"/>
          </w:tcPr>
          <w:p w14:paraId="1616776D" w14:textId="77777777" w:rsidR="0089524E" w:rsidRPr="00ED06F6" w:rsidRDefault="00000000" w:rsidP="00970A04">
            <w:r w:rsidRPr="00ED06F6">
              <w:t>8,50 €</w:t>
            </w:r>
          </w:p>
        </w:tc>
        <w:tc>
          <w:tcPr>
            <w:tcW w:w="1131" w:type="dxa"/>
            <w:vAlign w:val="center"/>
          </w:tcPr>
          <w:p w14:paraId="76F041F9" w14:textId="77777777" w:rsidR="0089524E" w:rsidRPr="00917606" w:rsidRDefault="00000000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7,65 €</w:t>
            </w:r>
          </w:p>
        </w:tc>
        <w:tc>
          <w:tcPr>
            <w:tcW w:w="1958" w:type="dxa"/>
            <w:vAlign w:val="center"/>
          </w:tcPr>
          <w:p w14:paraId="7A1FE231" w14:textId="77777777" w:rsidR="0089524E" w:rsidRPr="00ED06F6" w:rsidRDefault="0089524E"/>
        </w:tc>
      </w:tr>
      <w:tr w:rsidR="0089524E" w:rsidRPr="00ED06F6" w14:paraId="68AC8685" w14:textId="77777777" w:rsidTr="00920472">
        <w:trPr>
          <w:jc w:val="center"/>
        </w:trPr>
        <w:tc>
          <w:tcPr>
            <w:tcW w:w="6743" w:type="dxa"/>
            <w:vAlign w:val="center"/>
          </w:tcPr>
          <w:p w14:paraId="0163621D" w14:textId="51A8B3A8" w:rsidR="0089524E" w:rsidRPr="00ED06F6" w:rsidRDefault="00ED06F6">
            <w:r w:rsidRPr="00ED06F6">
              <w:t>Terrine d’escargots au Marc de Bourgogne (140 g)</w:t>
            </w:r>
          </w:p>
        </w:tc>
        <w:tc>
          <w:tcPr>
            <w:tcW w:w="567" w:type="dxa"/>
            <w:vAlign w:val="center"/>
          </w:tcPr>
          <w:p w14:paraId="5CB7AC87" w14:textId="77777777" w:rsidR="0089524E" w:rsidRPr="00ED06F6" w:rsidRDefault="0089524E"/>
        </w:tc>
        <w:tc>
          <w:tcPr>
            <w:tcW w:w="1191" w:type="dxa"/>
            <w:vAlign w:val="center"/>
          </w:tcPr>
          <w:p w14:paraId="0D62A784" w14:textId="5F2D041E" w:rsidR="0089524E" w:rsidRPr="00ED06F6" w:rsidRDefault="00000000" w:rsidP="00970A04">
            <w:r w:rsidRPr="00ED06F6">
              <w:t>8,</w:t>
            </w:r>
            <w:r w:rsidR="00884295">
              <w:t>9</w:t>
            </w:r>
            <w:r w:rsidRPr="00ED06F6">
              <w:t>0 €</w:t>
            </w:r>
          </w:p>
        </w:tc>
        <w:tc>
          <w:tcPr>
            <w:tcW w:w="1131" w:type="dxa"/>
            <w:vAlign w:val="center"/>
          </w:tcPr>
          <w:p w14:paraId="1CC1242F" w14:textId="63AD4954" w:rsidR="0089524E" w:rsidRPr="00917606" w:rsidRDefault="00E5215C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8 €</w:t>
            </w:r>
          </w:p>
        </w:tc>
        <w:tc>
          <w:tcPr>
            <w:tcW w:w="1958" w:type="dxa"/>
            <w:vAlign w:val="center"/>
          </w:tcPr>
          <w:p w14:paraId="3895DF83" w14:textId="77777777" w:rsidR="0089524E" w:rsidRPr="00ED06F6" w:rsidRDefault="0089524E"/>
        </w:tc>
      </w:tr>
      <w:tr w:rsidR="00ED06F6" w:rsidRPr="00ED06F6" w14:paraId="4F4BD1AB" w14:textId="77777777" w:rsidTr="00920472">
        <w:trPr>
          <w:jc w:val="center"/>
        </w:trPr>
        <w:tc>
          <w:tcPr>
            <w:tcW w:w="6743" w:type="dxa"/>
            <w:vAlign w:val="center"/>
          </w:tcPr>
          <w:p w14:paraId="3DB185AB" w14:textId="7B4EE591" w:rsidR="00ED06F6" w:rsidRPr="00ED06F6" w:rsidRDefault="00ED06F6" w:rsidP="00ED06F6">
            <w:r w:rsidRPr="00ED06F6">
              <w:t xml:space="preserve">Terrine d’escargots </w:t>
            </w:r>
            <w:r>
              <w:t xml:space="preserve">à la biere rousse </w:t>
            </w:r>
            <w:r w:rsidR="00C13F36">
              <w:t>T</w:t>
            </w:r>
            <w:r>
              <w:t>erres d’opale</w:t>
            </w:r>
            <w:r w:rsidRPr="00ED06F6">
              <w:t xml:space="preserve"> (140 g)</w:t>
            </w:r>
          </w:p>
        </w:tc>
        <w:tc>
          <w:tcPr>
            <w:tcW w:w="567" w:type="dxa"/>
            <w:vAlign w:val="center"/>
          </w:tcPr>
          <w:p w14:paraId="5E61B36E" w14:textId="77777777" w:rsidR="00ED06F6" w:rsidRPr="00ED06F6" w:rsidRDefault="00ED06F6" w:rsidP="00ED06F6"/>
        </w:tc>
        <w:tc>
          <w:tcPr>
            <w:tcW w:w="1191" w:type="dxa"/>
            <w:vAlign w:val="center"/>
          </w:tcPr>
          <w:p w14:paraId="652D79A5" w14:textId="4B0263F4" w:rsidR="00ED06F6" w:rsidRPr="00ED06F6" w:rsidRDefault="00ED06F6" w:rsidP="00970A04">
            <w:r w:rsidRPr="00ED06F6">
              <w:t>8,</w:t>
            </w:r>
            <w:r w:rsidR="00E5215C">
              <w:t>9</w:t>
            </w:r>
            <w:r w:rsidRPr="00ED06F6">
              <w:t>0 €</w:t>
            </w:r>
          </w:p>
        </w:tc>
        <w:tc>
          <w:tcPr>
            <w:tcW w:w="1131" w:type="dxa"/>
            <w:vAlign w:val="center"/>
          </w:tcPr>
          <w:p w14:paraId="1CA0A45B" w14:textId="1C1F27E4" w:rsidR="00ED06F6" w:rsidRPr="00917606" w:rsidRDefault="00E5215C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</w:t>
            </w:r>
            <w:r w:rsidR="00ED06F6" w:rsidRPr="00917606">
              <w:rPr>
                <w:b/>
                <w:bCs/>
                <w:color w:val="4F81BD" w:themeColor="accent1"/>
              </w:rPr>
              <w:t xml:space="preserve"> €</w:t>
            </w:r>
          </w:p>
        </w:tc>
        <w:tc>
          <w:tcPr>
            <w:tcW w:w="1958" w:type="dxa"/>
            <w:vAlign w:val="center"/>
          </w:tcPr>
          <w:p w14:paraId="59CE02BC" w14:textId="77777777" w:rsidR="00ED06F6" w:rsidRPr="00ED06F6" w:rsidRDefault="00ED06F6" w:rsidP="00ED06F6"/>
        </w:tc>
      </w:tr>
      <w:tr w:rsidR="00ED06F6" w:rsidRPr="00ED06F6" w14:paraId="2D7BDFCF" w14:textId="77777777" w:rsidTr="00920472">
        <w:trPr>
          <w:trHeight w:val="58"/>
          <w:jc w:val="center"/>
        </w:trPr>
        <w:tc>
          <w:tcPr>
            <w:tcW w:w="6743" w:type="dxa"/>
            <w:vAlign w:val="center"/>
          </w:tcPr>
          <w:p w14:paraId="2AB77220" w14:textId="24D8AAF8" w:rsidR="00ED06F6" w:rsidRPr="00ED06F6" w:rsidRDefault="00ED06F6" w:rsidP="00ED06F6">
            <w:r>
              <w:t>Terrine d’escargtos au Genièvre d</w:t>
            </w:r>
            <w:r w:rsidRPr="00ED06F6">
              <w:t>e Hou</w:t>
            </w:r>
            <w:r>
              <w:t>l</w:t>
            </w:r>
            <w:r w:rsidRPr="00ED06F6">
              <w:t>le (140 g)</w:t>
            </w:r>
          </w:p>
        </w:tc>
        <w:tc>
          <w:tcPr>
            <w:tcW w:w="567" w:type="dxa"/>
            <w:vAlign w:val="center"/>
          </w:tcPr>
          <w:p w14:paraId="5AA209C5" w14:textId="77777777" w:rsidR="00ED06F6" w:rsidRPr="00ED06F6" w:rsidRDefault="00ED06F6" w:rsidP="00ED06F6"/>
        </w:tc>
        <w:tc>
          <w:tcPr>
            <w:tcW w:w="1191" w:type="dxa"/>
            <w:vAlign w:val="center"/>
          </w:tcPr>
          <w:p w14:paraId="155DA3BC" w14:textId="55109103" w:rsidR="00ED06F6" w:rsidRPr="00ED06F6" w:rsidRDefault="00ED06F6" w:rsidP="00970A04">
            <w:r w:rsidRPr="00ED06F6">
              <w:t>8,</w:t>
            </w:r>
            <w:r w:rsidR="00E5215C">
              <w:t>9</w:t>
            </w:r>
            <w:r w:rsidRPr="00ED06F6">
              <w:t>0 €</w:t>
            </w:r>
          </w:p>
        </w:tc>
        <w:tc>
          <w:tcPr>
            <w:tcW w:w="1131" w:type="dxa"/>
            <w:vAlign w:val="center"/>
          </w:tcPr>
          <w:p w14:paraId="445F1C9E" w14:textId="02040A74" w:rsidR="00ED06F6" w:rsidRPr="00917606" w:rsidRDefault="00E5215C" w:rsidP="00970A04">
            <w:pPr>
              <w:jc w:val="center"/>
              <w:rPr>
                <w:b/>
                <w:bCs/>
                <w:color w:val="4F81BD" w:themeColor="accent1"/>
              </w:rPr>
            </w:pPr>
            <w:r w:rsidRPr="00917606">
              <w:rPr>
                <w:b/>
                <w:bCs/>
                <w:color w:val="4F81BD" w:themeColor="accent1"/>
              </w:rPr>
              <w:t>8</w:t>
            </w:r>
            <w:r w:rsidR="00ED06F6" w:rsidRPr="00917606">
              <w:rPr>
                <w:b/>
                <w:bCs/>
                <w:color w:val="4F81BD" w:themeColor="accent1"/>
              </w:rPr>
              <w:t xml:space="preserve"> €</w:t>
            </w:r>
          </w:p>
        </w:tc>
        <w:tc>
          <w:tcPr>
            <w:tcW w:w="1958" w:type="dxa"/>
            <w:vAlign w:val="center"/>
          </w:tcPr>
          <w:p w14:paraId="0FD9B184" w14:textId="77777777" w:rsidR="00ED06F6" w:rsidRPr="00ED06F6" w:rsidRDefault="00ED06F6" w:rsidP="00ED06F6"/>
        </w:tc>
      </w:tr>
      <w:tr w:rsidR="00ED06F6" w:rsidRPr="00ED06F6" w14:paraId="7A332B2D" w14:textId="77777777" w:rsidTr="00920472">
        <w:trPr>
          <w:jc w:val="center"/>
        </w:trPr>
        <w:tc>
          <w:tcPr>
            <w:tcW w:w="6743" w:type="dxa"/>
            <w:vAlign w:val="center"/>
          </w:tcPr>
          <w:p w14:paraId="0445CD49" w14:textId="1CC9DADF" w:rsidR="00ED06F6" w:rsidRPr="00ED06F6" w:rsidRDefault="00ED06F6" w:rsidP="00ED06F6">
            <w:r w:rsidRPr="00ED06F6">
              <w:t xml:space="preserve">Escargotine </w:t>
            </w:r>
            <w:r>
              <w:t>120</w:t>
            </w:r>
            <w:r w:rsidRPr="00ED06F6">
              <w:t xml:space="preserve"> g</w:t>
            </w:r>
            <w:r w:rsidR="00917606">
              <w:t xml:space="preserve"> (tartinable d’escargots au beurre à l’ail</w:t>
            </w:r>
            <w:r w:rsidR="00C13F36">
              <w:t>)</w:t>
            </w:r>
          </w:p>
        </w:tc>
        <w:tc>
          <w:tcPr>
            <w:tcW w:w="567" w:type="dxa"/>
            <w:vAlign w:val="center"/>
          </w:tcPr>
          <w:p w14:paraId="04E12F22" w14:textId="77777777" w:rsidR="00ED06F6" w:rsidRPr="00ED06F6" w:rsidRDefault="00ED06F6" w:rsidP="00ED06F6"/>
        </w:tc>
        <w:tc>
          <w:tcPr>
            <w:tcW w:w="1191" w:type="dxa"/>
            <w:vAlign w:val="center"/>
          </w:tcPr>
          <w:p w14:paraId="4DD9D503" w14:textId="3CADF292" w:rsidR="00ED06F6" w:rsidRPr="00ED06F6" w:rsidRDefault="00ED06F6" w:rsidP="00970A04">
            <w:r>
              <w:t>8.</w:t>
            </w:r>
            <w:r w:rsidR="00920472">
              <w:t>8</w:t>
            </w:r>
            <w:r>
              <w:t>0</w:t>
            </w:r>
            <w:r w:rsidRPr="00ED06F6">
              <w:t xml:space="preserve"> €</w:t>
            </w:r>
          </w:p>
        </w:tc>
        <w:tc>
          <w:tcPr>
            <w:tcW w:w="1131" w:type="dxa"/>
            <w:vAlign w:val="center"/>
          </w:tcPr>
          <w:p w14:paraId="38CDADA1" w14:textId="573DAA42" w:rsidR="00ED06F6" w:rsidRPr="00917606" w:rsidRDefault="0007192A" w:rsidP="00970A04">
            <w:pPr>
              <w:jc w:val="center"/>
              <w:rPr>
                <w:b/>
                <w:bCs/>
                <w:color w:val="4F81BD" w:themeColor="accent1"/>
              </w:rPr>
            </w:pPr>
            <w:r>
              <w:rPr>
                <w:b/>
                <w:bCs/>
                <w:color w:val="4F81BD" w:themeColor="accent1"/>
              </w:rPr>
              <w:t>7.90</w:t>
            </w:r>
            <w:r w:rsidR="00E5215C" w:rsidRPr="00917606">
              <w:rPr>
                <w:b/>
                <w:bCs/>
                <w:color w:val="4F81BD" w:themeColor="accent1"/>
              </w:rPr>
              <w:t xml:space="preserve"> </w:t>
            </w:r>
            <w:r w:rsidR="00ED06F6" w:rsidRPr="00917606">
              <w:rPr>
                <w:b/>
                <w:bCs/>
                <w:color w:val="4F81BD" w:themeColor="accent1"/>
              </w:rPr>
              <w:t>€</w:t>
            </w:r>
          </w:p>
        </w:tc>
        <w:tc>
          <w:tcPr>
            <w:tcW w:w="1958" w:type="dxa"/>
            <w:vAlign w:val="center"/>
          </w:tcPr>
          <w:p w14:paraId="458AD5A6" w14:textId="77777777" w:rsidR="00ED06F6" w:rsidRPr="00ED06F6" w:rsidRDefault="00ED06F6" w:rsidP="00ED06F6"/>
        </w:tc>
      </w:tr>
    </w:tbl>
    <w:p w14:paraId="2B76B287" w14:textId="7AAA207C" w:rsidR="0089524E" w:rsidRDefault="00000000" w:rsidP="000C5034">
      <w:pPr>
        <w:jc w:val="right"/>
        <w:rPr>
          <w:b/>
        </w:rPr>
      </w:pPr>
      <w:r w:rsidRPr="00ED06F6">
        <w:rPr>
          <w:b/>
        </w:rPr>
        <w:t>TOTAL À PAYER : __________________ €</w:t>
      </w:r>
    </w:p>
    <w:p w14:paraId="51AC4863" w14:textId="62027808" w:rsidR="00777C89" w:rsidRPr="00405A37" w:rsidRDefault="00777C89" w:rsidP="00777C89">
      <w:pPr>
        <w:rPr>
          <w:bCs/>
          <w:i/>
          <w:iCs/>
          <w:sz w:val="16"/>
          <w:szCs w:val="16"/>
        </w:rPr>
      </w:pPr>
      <w:r w:rsidRPr="00405A37">
        <w:rPr>
          <w:bCs/>
          <w:i/>
          <w:iCs/>
          <w:sz w:val="16"/>
          <w:szCs w:val="16"/>
        </w:rPr>
        <w:t>*la crouski’s est une coquille comestible en biscuit fin</w:t>
      </w:r>
    </w:p>
    <w:p w14:paraId="6486FF1C" w14:textId="075DEA03" w:rsidR="005B2A34" w:rsidRPr="00007FEE" w:rsidRDefault="005B2A34" w:rsidP="00777C89">
      <w:pPr>
        <w:rPr>
          <w:bCs/>
          <w:i/>
          <w:iCs/>
          <w:sz w:val="18"/>
          <w:szCs w:val="18"/>
        </w:rPr>
      </w:pPr>
      <w:r w:rsidRPr="00405A37">
        <w:rPr>
          <w:bCs/>
          <w:i/>
          <w:iCs/>
          <w:sz w:val="16"/>
          <w:szCs w:val="16"/>
        </w:rPr>
        <w:t xml:space="preserve">* </w:t>
      </w:r>
      <w:r w:rsidR="005F06E5" w:rsidRPr="00405A37">
        <w:rPr>
          <w:bCs/>
          <w:i/>
          <w:iCs/>
          <w:sz w:val="16"/>
          <w:szCs w:val="16"/>
        </w:rPr>
        <w:t>la DLC des crouski’s en frais est de 10 jours, la DLC des coquilles en frais est de 20 jours mais tous nos produits frais peuvent être congelé</w:t>
      </w:r>
      <w:r w:rsidR="00FE0C27" w:rsidRPr="00405A37">
        <w:rPr>
          <w:bCs/>
          <w:i/>
          <w:iCs/>
          <w:sz w:val="16"/>
          <w:szCs w:val="16"/>
        </w:rPr>
        <w:t>s</w:t>
      </w:r>
    </w:p>
    <w:p w14:paraId="03ABB6B8" w14:textId="1FD9F377" w:rsidR="0089524E" w:rsidRDefault="00000000" w:rsidP="00777C89">
      <w:pPr>
        <w:jc w:val="right"/>
        <w:rPr>
          <w:bCs/>
        </w:rPr>
      </w:pPr>
      <w:r w:rsidRPr="00ED06F6">
        <w:rPr>
          <w:b/>
        </w:rPr>
        <w:t>Mode de règlement :  ☐ Espèces    ☐ Chèque</w:t>
      </w:r>
      <w:r w:rsidR="00970A04">
        <w:rPr>
          <w:b/>
        </w:rPr>
        <w:t xml:space="preserve"> </w:t>
      </w:r>
      <w:r w:rsidR="00970A04" w:rsidRPr="00970A04">
        <w:rPr>
          <w:bCs/>
        </w:rPr>
        <w:t>(une seule agr</w:t>
      </w:r>
      <w:r w:rsidR="00FE0C27">
        <w:rPr>
          <w:bCs/>
        </w:rPr>
        <w:t>afe</w:t>
      </w:r>
      <w:r w:rsidR="00970A04" w:rsidRPr="00970A04">
        <w:rPr>
          <w:bCs/>
        </w:rPr>
        <w:t xml:space="preserve"> merci)</w:t>
      </w:r>
    </w:p>
    <w:p w14:paraId="6B930FA7" w14:textId="2AA9C901" w:rsidR="00777C89" w:rsidRDefault="00B02226" w:rsidP="00B02226">
      <w:pPr>
        <w:jc w:val="center"/>
        <w:rPr>
          <w:sz w:val="18"/>
        </w:rPr>
      </w:pPr>
      <w:r w:rsidRPr="00ED06F6">
        <w:rPr>
          <w:sz w:val="18"/>
        </w:rPr>
        <w:t xml:space="preserve">Merci de remettre votre bon de commande selon les modalités indiquées par votre </w:t>
      </w:r>
      <w:r w:rsidR="00E31F7C">
        <w:rPr>
          <w:sz w:val="18"/>
        </w:rPr>
        <w:t>CE</w:t>
      </w:r>
    </w:p>
    <w:sectPr w:rsidR="00777C89" w:rsidSect="004A7F12">
      <w:pgSz w:w="12240" w:h="15840"/>
      <w:pgMar w:top="170" w:right="176" w:bottom="170" w:left="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134699">
    <w:abstractNumId w:val="8"/>
  </w:num>
  <w:num w:numId="2" w16cid:durableId="889263126">
    <w:abstractNumId w:val="6"/>
  </w:num>
  <w:num w:numId="3" w16cid:durableId="1465809029">
    <w:abstractNumId w:val="5"/>
  </w:num>
  <w:num w:numId="4" w16cid:durableId="1587377864">
    <w:abstractNumId w:val="4"/>
  </w:num>
  <w:num w:numId="5" w16cid:durableId="2107342268">
    <w:abstractNumId w:val="7"/>
  </w:num>
  <w:num w:numId="6" w16cid:durableId="875042342">
    <w:abstractNumId w:val="3"/>
  </w:num>
  <w:num w:numId="7" w16cid:durableId="1400204562">
    <w:abstractNumId w:val="2"/>
  </w:num>
  <w:num w:numId="8" w16cid:durableId="1472021500">
    <w:abstractNumId w:val="1"/>
  </w:num>
  <w:num w:numId="9" w16cid:durableId="109682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FEE"/>
    <w:rsid w:val="00034616"/>
    <w:rsid w:val="0006063C"/>
    <w:rsid w:val="0007192A"/>
    <w:rsid w:val="000C5034"/>
    <w:rsid w:val="000F47BE"/>
    <w:rsid w:val="0015074B"/>
    <w:rsid w:val="00260C5D"/>
    <w:rsid w:val="0029639D"/>
    <w:rsid w:val="002D448E"/>
    <w:rsid w:val="00326F90"/>
    <w:rsid w:val="00405A37"/>
    <w:rsid w:val="004520F0"/>
    <w:rsid w:val="004A7F12"/>
    <w:rsid w:val="005025BF"/>
    <w:rsid w:val="005268DD"/>
    <w:rsid w:val="005B2A34"/>
    <w:rsid w:val="005F06E5"/>
    <w:rsid w:val="00730BAC"/>
    <w:rsid w:val="00777C89"/>
    <w:rsid w:val="00884295"/>
    <w:rsid w:val="0089524E"/>
    <w:rsid w:val="008D27E1"/>
    <w:rsid w:val="008E758F"/>
    <w:rsid w:val="00917606"/>
    <w:rsid w:val="00920472"/>
    <w:rsid w:val="00936364"/>
    <w:rsid w:val="00970A04"/>
    <w:rsid w:val="009E76C1"/>
    <w:rsid w:val="00AA1D8D"/>
    <w:rsid w:val="00B02226"/>
    <w:rsid w:val="00B100DF"/>
    <w:rsid w:val="00B47730"/>
    <w:rsid w:val="00C13F36"/>
    <w:rsid w:val="00C964B7"/>
    <w:rsid w:val="00CB0664"/>
    <w:rsid w:val="00D369EF"/>
    <w:rsid w:val="00DD20EF"/>
    <w:rsid w:val="00E31F7C"/>
    <w:rsid w:val="00E5215C"/>
    <w:rsid w:val="00ED06F6"/>
    <w:rsid w:val="00FC693F"/>
    <w:rsid w:val="00FE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41F353"/>
  <w14:defaultImageDpi w14:val="300"/>
  <w15:docId w15:val="{0FACD7BA-8FF9-472F-8F6A-3204DD12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noProof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378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Reniez</cp:lastModifiedBy>
  <cp:revision>8</cp:revision>
  <dcterms:created xsi:type="dcterms:W3CDTF">2026-10-04T10:57:00Z</dcterms:created>
  <dcterms:modified xsi:type="dcterms:W3CDTF">2026-10-04T13:45:00Z</dcterms:modified>
  <cp:category/>
</cp:coreProperties>
</file>